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מגילון חי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מגילון חי – איך בונים ומשתפים מאגר כיתתי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התבניות הקיימות במגילון חי ואת תוכנן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שלוש הדרכים למלא מגילון בפריטים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שומרים, משתפים ומעדכנים מגילון בלי שרת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מילון מילים חדשות לעולים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אפשר להתחיל מתבנית מוכנה או ממגילון ריק בלי 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המגילון נשמר רק בדפדפן שבו בנו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מונחי לשון ותחביר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תבנית לתוכן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(רשימת ספרים לקריאה בכיתה)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(אוצר מילים חדש לתלמידים עולים)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(רעיונות לעבודות ומשימות כיתתיות)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הנכונים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תבנית מוכנה או מתחילים ממגילון ריק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מוסיפים פריטים בטופס, בהדבקה או בחיבור לגיליון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מעתיקים את הקישור ושולחים לתלמידים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חושבים יצירתי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שם מתאים לנושא, לפחות 3 סוגי פריטים ברורים, הסבר הגיוני לשימוש בחיפוש או בסינון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קישור חי נטען מחדש מגיליון Google בכל פתיחה, קישור רגיל קבוע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תואמת לאחת התבניות שהוזכרו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הקישור הישן לא כולל את הפריטים החדשים, אלא אם זה קישור חי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עמוד הבית ולעבור יחד על שמות התבניות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לחלק לזוגות לתרגול חלק ההתאמה והסידור כדי לעודד 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בדיון קצר שבו תלמידים מציעים רעיון לתבנית חדשה משלהם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מגילון חי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מגילון חי – איך בונים ומשתפים מאגר כיתתי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מגילון חי הוא כלי כיתתי לבניית מאגר פריטים שאפשר לחפש בו, לסנן, להגריל ולשמור כמועדפים. בדף הזה נתרגל להכיר את חלקיו ואת הדרך הנכונה לבנות ולשתף אותו.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קישור  ·  מונחי לשון ותחביר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פריטים לדוגמה יש בתבנית "הספרייה הכיתתית"?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תבנית מתאימה לתרגול מילים חדשות עבור עולים?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ארגז כלים לחוסן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מילון מילים חדשות לעולים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מונחי לשון ותחביר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כדי לבנות מגילון חדש חובה לקבל קוד ממישהו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המגילון נשמר על שרת מרכזי ולא בדפדפן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כדי לפתוח מגילון קיים מקישור, מדביקים את ה__________ בתיבה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תבנית "__________" מכילה מושגי דקדוק כמו שם עצם ופועל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תבנית לתוכן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הספרייה הכיתתית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אוצר מילים חדש לתלמידים עולים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מילון מילים חדשות לעולים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רעיונות לעבודות ומשימות כיתתיות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פרויקטים בכיתה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רשימת ספרים לקריאה בכיתה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השלבים הנכונים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מוסיפים פריטים בטופס, בהדבקה או בחיבור לגיליון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מעתיקים את הקישור ושולחים לתלמידים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תבנית מוכנה או מתחילים ממגילון ריק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חושבים יצירתי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תכננו תבנית מגילון חדשה לנושא מהכיתה שלכם: מה יהיה שם התבנית, אילו סוגי פריטים יהיו בה, ואיך תלמידים ישתמשו בה לחיפוש ולסינון?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קישור רגיל לקישור חי?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שם של תבנית אחת והסבירו מה יש 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מגילון חי – איך בונים ומשתפים מאגר כיתתי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