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התבניות הקיימות במגילון חי ואת תוכנן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הדרכים למלא מגילון בפריטים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שומרים, משתפים ומעדכנים מגילון בלי 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מקבלים עותק לצפייה, חיפוש ומועדפים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בדפדפן שבו בניתם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פתיחה טוענת מידע מעודכן מהגיליון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להתחיל מתבנית מוכנה או ממגילון ריק בלי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נשמר רק בדפדפן שבו בנו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ההבדל בינו לבין קישור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גיליון Google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(רשימת ספרים לקריאה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(אוצר מילים חדש לתלמידים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(כלים להתמודדות ולחוסן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(מושגי דקדוק כמו פועל ושם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(רעיונות לעבודות ומשימות כיתתיות)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תבנית מוכנה או מתחילים ממגילון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פריטים בטופס, בהדבקה או בחיבור לגיליון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כפתור 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מעתיקים את הקישור ושולחים לתלמידים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פותחים את הקישור ורואים עותק של המגילון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מתאים לנושא, לפחות 3 סוגי פריטים ברורים, הסבר הגיוני לשימוש בחיפוש או בסינון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חי נטען מחדש מגיליון Google בכל פתיחה, קישור רגיל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לאחת התבניות שהוזכרו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הקישור הישן לא כולל את הפריטים החדשים, אלא אם זה קישור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עמוד הבית ולעבור יחד על שמות התבניות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לזוגות לתרגול חלק ההתאמה והסידור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שבו תלמידים מציעים רעיון לתבנית חדשה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מגילון חי – איך בונים ומשתפים מאגר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מגילון חי הוא כלי כיתתי לבניית מאגר פריטים שאפשר לחפש בו, לסנן, להגריל ולשמור כמועדפים. בדף הזה נתרגל להכיר את חלקיו ואת הדרך הנכונה לבנות ולשתף אותו.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פריטים לדוגמה יש בתבנית "הספרייה הכיתתית"?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תבנית מתאימה לתרגול מילים חדשות עבור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כשפותחים קישור של מגילון ששיתפו אתכם?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עותק לצפייה, חיפוש ומועדפים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המגילון המקורי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קוד סודי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לראות את הפריטים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שומרים מגילון שבניתם?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בדפדפן שבו בניתם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היתרון של "קישור חי" שמחובר לגיליון Google?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פתיחה טוענת מידע מעודכן מהגיליון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בשיתוף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מכיל פריטים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מגילון חדש חובה לקבל קוד ממישהו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נשמר על שרת מרכזי ולא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שלוש דרכים למלא מגילון: טופס פריט־פריט, הדבקת שורות, וחיבור לגיליון Google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חי טוען את המידע מחדש מהגיליון בכל פעם שפותחים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מגילון קיים מקישור, מדביקים את ה__________ בתיבה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תבנית "__________" מכילה מושגי דקדוק כמו שם עצם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שתלמידים תמיד יראו גרסה מעודכנת, מחברים __________ ושולחים קישור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מגילון שמתחילים לבנות בלי פריטים כלל נקרא מגילון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תבנית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הספרייה הכיתתית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מושגי דקדוק כמו פועל ושם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מילון מילים חדשות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כלים להתמודדות ולחוסן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ארגז כלים לחוסן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רעיונות לעבודות ומשימות כיתתיות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מונחי לשון ותחביר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אוצר מילים חדש לתלמידים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פרויקטים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רשימת ספרים לקריאה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פותחים את הקישור ורואים עותק של המגילון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שיתוף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תבנית מוכנה או מתחילים ממגילון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פריטים בטופס, בהדבקה או בחיבור לגיליון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תבנית מגילון חדשה לנושא מהכיתה שלכם: מה יהיה שם התבנית, אילו סוגי פריטים יהיו בה, ואיך תלמידים ישתמשו בה לחיפוש ולסינון?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קישור רגיל לקישור 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תבנית אחת והסבירו 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שוב קישור אחרי שמוסיפים פריטים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מגילון חי – איך בונים ומשתפים מאגר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